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PlainTable1"/>
        <w:tblpPr w:leftFromText="180" w:rightFromText="180" w:vertAnchor="text" w:horzAnchor="margin" w:tblpY="-554"/>
        <w:tblW w:w="127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122"/>
        <w:gridCol w:w="2122"/>
        <w:gridCol w:w="2122"/>
        <w:gridCol w:w="2122"/>
        <w:gridCol w:w="2122"/>
        <w:gridCol w:w="2138"/>
      </w:tblGrid>
      <w:tr w:rsidR="0084011B" w:rsidRPr="00DF4417" w:rsidTr="00DF44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:rsidR="0084011B" w:rsidRPr="00DF4417" w:rsidRDefault="0084011B" w:rsidP="0084011B">
            <w:pPr>
              <w:rPr>
                <w:sz w:val="32"/>
              </w:rPr>
            </w:pPr>
            <w:r w:rsidRPr="00DF4417">
              <w:rPr>
                <w:sz w:val="32"/>
              </w:rPr>
              <w:t>Literacy – Fables</w:t>
            </w:r>
          </w:p>
        </w:tc>
        <w:tc>
          <w:tcPr>
            <w:tcW w:w="2122" w:type="dxa"/>
          </w:tcPr>
          <w:p w:rsidR="0084011B" w:rsidRPr="00DF4417" w:rsidRDefault="0084011B" w:rsidP="0084011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</w:rPr>
            </w:pPr>
            <w:r w:rsidRPr="00DF4417">
              <w:rPr>
                <w:sz w:val="32"/>
              </w:rPr>
              <w:t>Guided Reading – The Witches</w:t>
            </w:r>
          </w:p>
        </w:tc>
        <w:tc>
          <w:tcPr>
            <w:tcW w:w="2122" w:type="dxa"/>
          </w:tcPr>
          <w:p w:rsidR="0084011B" w:rsidRPr="00DF4417" w:rsidRDefault="0084011B" w:rsidP="0084011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</w:rPr>
            </w:pPr>
            <w:r w:rsidRPr="00DF4417">
              <w:rPr>
                <w:sz w:val="32"/>
              </w:rPr>
              <w:t>Geography – Local Area</w:t>
            </w:r>
          </w:p>
        </w:tc>
        <w:tc>
          <w:tcPr>
            <w:tcW w:w="2122" w:type="dxa"/>
          </w:tcPr>
          <w:p w:rsidR="0084011B" w:rsidRPr="00DF4417" w:rsidRDefault="0084011B" w:rsidP="0084011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</w:rPr>
            </w:pPr>
            <w:r w:rsidRPr="00DF4417">
              <w:rPr>
                <w:sz w:val="32"/>
              </w:rPr>
              <w:t>Science – Rocks &amp; Fossils</w:t>
            </w:r>
          </w:p>
        </w:tc>
        <w:tc>
          <w:tcPr>
            <w:tcW w:w="2122" w:type="dxa"/>
          </w:tcPr>
          <w:p w:rsidR="0084011B" w:rsidRPr="00DF4417" w:rsidRDefault="0084011B" w:rsidP="0084011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</w:rPr>
            </w:pPr>
            <w:r w:rsidRPr="00DF4417">
              <w:rPr>
                <w:sz w:val="32"/>
              </w:rPr>
              <w:t>Spelling &amp; Reading</w:t>
            </w:r>
          </w:p>
        </w:tc>
        <w:tc>
          <w:tcPr>
            <w:tcW w:w="2138" w:type="dxa"/>
          </w:tcPr>
          <w:p w:rsidR="0084011B" w:rsidRPr="00DF4417" w:rsidRDefault="0084011B" w:rsidP="0084011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</w:rPr>
            </w:pPr>
            <w:r w:rsidRPr="00DF4417">
              <w:rPr>
                <w:sz w:val="32"/>
              </w:rPr>
              <w:t>Maths – Times Tables</w:t>
            </w:r>
          </w:p>
        </w:tc>
      </w:tr>
      <w:tr w:rsidR="0084011B" w:rsidRPr="00DF4417" w:rsidTr="00DF44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:rsidR="0084011B" w:rsidRPr="00DF4417" w:rsidRDefault="0084011B" w:rsidP="0084011B">
            <w:pPr>
              <w:rPr>
                <w:sz w:val="32"/>
              </w:rPr>
            </w:pPr>
            <w:r w:rsidRPr="00DF4417">
              <w:rPr>
                <w:sz w:val="32"/>
              </w:rPr>
              <w:t>Write your own fable with a moral.</w:t>
            </w:r>
          </w:p>
        </w:tc>
        <w:tc>
          <w:tcPr>
            <w:tcW w:w="2122" w:type="dxa"/>
          </w:tcPr>
          <w:p w:rsidR="0084011B" w:rsidRPr="00DF4417" w:rsidRDefault="0084011B" w:rsidP="008401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</w:rPr>
            </w:pPr>
            <w:r w:rsidRPr="00DF4417">
              <w:rPr>
                <w:sz w:val="32"/>
              </w:rPr>
              <w:t>Draw and describe a character.</w:t>
            </w:r>
          </w:p>
        </w:tc>
        <w:tc>
          <w:tcPr>
            <w:tcW w:w="2122" w:type="dxa"/>
          </w:tcPr>
          <w:p w:rsidR="0084011B" w:rsidRPr="00DF4417" w:rsidRDefault="0084011B" w:rsidP="008401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</w:rPr>
            </w:pPr>
            <w:r w:rsidRPr="00DF4417">
              <w:rPr>
                <w:sz w:val="32"/>
              </w:rPr>
              <w:t>Draw a map of your local area.</w:t>
            </w:r>
          </w:p>
        </w:tc>
        <w:tc>
          <w:tcPr>
            <w:tcW w:w="2122" w:type="dxa"/>
          </w:tcPr>
          <w:p w:rsidR="0084011B" w:rsidRPr="00DF4417" w:rsidRDefault="0084011B" w:rsidP="008401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</w:rPr>
            </w:pPr>
            <w:r w:rsidRPr="00DF4417">
              <w:rPr>
                <w:sz w:val="32"/>
              </w:rPr>
              <w:t>Create a rock fact card.</w:t>
            </w:r>
          </w:p>
        </w:tc>
        <w:tc>
          <w:tcPr>
            <w:tcW w:w="2122" w:type="dxa"/>
          </w:tcPr>
          <w:p w:rsidR="0084011B" w:rsidRPr="00DF4417" w:rsidRDefault="0084011B" w:rsidP="008401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</w:rPr>
            </w:pPr>
            <w:r w:rsidRPr="00DF4417">
              <w:rPr>
                <w:sz w:val="32"/>
              </w:rPr>
              <w:t>Practise weekly spellings.</w:t>
            </w:r>
          </w:p>
        </w:tc>
        <w:tc>
          <w:tcPr>
            <w:tcW w:w="2138" w:type="dxa"/>
          </w:tcPr>
          <w:p w:rsidR="0084011B" w:rsidRPr="00DF4417" w:rsidRDefault="0084011B" w:rsidP="008401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</w:rPr>
            </w:pPr>
            <w:r w:rsidRPr="00DF4417">
              <w:rPr>
                <w:sz w:val="32"/>
              </w:rPr>
              <w:t>Practise 2, 5, 10 tables.</w:t>
            </w:r>
          </w:p>
        </w:tc>
      </w:tr>
      <w:tr w:rsidR="0084011B" w:rsidRPr="00DF4417" w:rsidTr="00DF4417">
        <w:trPr>
          <w:trHeight w:val="1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:rsidR="0084011B" w:rsidRPr="00DF4417" w:rsidRDefault="0084011B" w:rsidP="0084011B">
            <w:pPr>
              <w:rPr>
                <w:sz w:val="32"/>
              </w:rPr>
            </w:pPr>
            <w:r w:rsidRPr="00DF4417">
              <w:rPr>
                <w:sz w:val="32"/>
              </w:rPr>
              <w:t>Rewrite the ending of a fable.</w:t>
            </w:r>
          </w:p>
        </w:tc>
        <w:tc>
          <w:tcPr>
            <w:tcW w:w="2122" w:type="dxa"/>
          </w:tcPr>
          <w:p w:rsidR="0084011B" w:rsidRPr="00DF4417" w:rsidRDefault="0084011B" w:rsidP="008401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</w:rPr>
            </w:pPr>
            <w:r w:rsidRPr="00DF4417">
              <w:rPr>
                <w:sz w:val="32"/>
              </w:rPr>
              <w:t>Answer 3 questions about a chapter.</w:t>
            </w:r>
          </w:p>
        </w:tc>
        <w:tc>
          <w:tcPr>
            <w:tcW w:w="2122" w:type="dxa"/>
          </w:tcPr>
          <w:p w:rsidR="0084011B" w:rsidRPr="00DF4417" w:rsidRDefault="0084011B" w:rsidP="008401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</w:rPr>
            </w:pPr>
            <w:r w:rsidRPr="00DF4417">
              <w:rPr>
                <w:sz w:val="32"/>
              </w:rPr>
              <w:t>Add a key to your map.</w:t>
            </w:r>
          </w:p>
        </w:tc>
        <w:tc>
          <w:tcPr>
            <w:tcW w:w="2122" w:type="dxa"/>
          </w:tcPr>
          <w:p w:rsidR="0084011B" w:rsidRPr="00DF4417" w:rsidRDefault="0084011B" w:rsidP="008401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</w:rPr>
            </w:pPr>
            <w:r w:rsidRPr="00DF4417">
              <w:rPr>
                <w:sz w:val="32"/>
              </w:rPr>
              <w:t>Draw how fossils are made.</w:t>
            </w:r>
          </w:p>
        </w:tc>
        <w:tc>
          <w:tcPr>
            <w:tcW w:w="2122" w:type="dxa"/>
          </w:tcPr>
          <w:p w:rsidR="0084011B" w:rsidRPr="00DF4417" w:rsidRDefault="0084011B" w:rsidP="008401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</w:rPr>
            </w:pPr>
            <w:r w:rsidRPr="00DF4417">
              <w:rPr>
                <w:sz w:val="32"/>
              </w:rPr>
              <w:t>Read 3 times a week.</w:t>
            </w:r>
          </w:p>
        </w:tc>
        <w:tc>
          <w:tcPr>
            <w:tcW w:w="2138" w:type="dxa"/>
          </w:tcPr>
          <w:p w:rsidR="0084011B" w:rsidRPr="00DF4417" w:rsidRDefault="0084011B" w:rsidP="008401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</w:rPr>
            </w:pPr>
            <w:r w:rsidRPr="00DF4417">
              <w:rPr>
                <w:sz w:val="32"/>
              </w:rPr>
              <w:t>Play TTRockstars.</w:t>
            </w:r>
          </w:p>
        </w:tc>
      </w:tr>
      <w:tr w:rsidR="0084011B" w:rsidRPr="00DF4417" w:rsidTr="00DF44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:rsidR="0084011B" w:rsidRPr="00DF4417" w:rsidRDefault="0084011B" w:rsidP="0084011B">
            <w:pPr>
              <w:rPr>
                <w:sz w:val="32"/>
              </w:rPr>
            </w:pPr>
            <w:r w:rsidRPr="00DF4417">
              <w:rPr>
                <w:sz w:val="32"/>
              </w:rPr>
              <w:t>Create a story map.</w:t>
            </w:r>
          </w:p>
        </w:tc>
        <w:tc>
          <w:tcPr>
            <w:tcW w:w="2122" w:type="dxa"/>
          </w:tcPr>
          <w:p w:rsidR="0084011B" w:rsidRPr="00DF4417" w:rsidRDefault="0084011B" w:rsidP="008401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</w:rPr>
            </w:pPr>
            <w:r w:rsidRPr="00DF4417">
              <w:rPr>
                <w:sz w:val="32"/>
              </w:rPr>
              <w:t>Choose and copy a favourite quote.</w:t>
            </w:r>
          </w:p>
        </w:tc>
        <w:tc>
          <w:tcPr>
            <w:tcW w:w="2122" w:type="dxa"/>
          </w:tcPr>
          <w:p w:rsidR="0084011B" w:rsidRPr="00DF4417" w:rsidRDefault="0084011B" w:rsidP="008401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</w:rPr>
            </w:pPr>
            <w:r w:rsidRPr="00DF4417">
              <w:rPr>
                <w:sz w:val="32"/>
              </w:rPr>
              <w:t>Write directions using N, S, E, W.</w:t>
            </w:r>
          </w:p>
        </w:tc>
        <w:tc>
          <w:tcPr>
            <w:tcW w:w="2122" w:type="dxa"/>
          </w:tcPr>
          <w:p w:rsidR="0084011B" w:rsidRPr="00DF4417" w:rsidRDefault="0084011B" w:rsidP="008401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</w:rPr>
            </w:pPr>
            <w:r w:rsidRPr="00DF4417">
              <w:rPr>
                <w:sz w:val="32"/>
              </w:rPr>
              <w:t>Sort rocks by appearance.</w:t>
            </w:r>
          </w:p>
        </w:tc>
        <w:tc>
          <w:tcPr>
            <w:tcW w:w="2122" w:type="dxa"/>
          </w:tcPr>
          <w:p w:rsidR="0084011B" w:rsidRPr="00DF4417" w:rsidRDefault="0084011B" w:rsidP="008401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</w:rPr>
            </w:pPr>
            <w:r w:rsidRPr="00DF4417">
              <w:rPr>
                <w:sz w:val="32"/>
              </w:rPr>
              <w:t>Put spellings into sentences.</w:t>
            </w:r>
          </w:p>
        </w:tc>
        <w:tc>
          <w:tcPr>
            <w:tcW w:w="2138" w:type="dxa"/>
          </w:tcPr>
          <w:p w:rsidR="0084011B" w:rsidRPr="00DF4417" w:rsidRDefault="0084011B" w:rsidP="008401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</w:rPr>
            </w:pPr>
            <w:r w:rsidRPr="00DF4417">
              <w:rPr>
                <w:sz w:val="32"/>
              </w:rPr>
              <w:t>Draw arrays for times tables.</w:t>
            </w:r>
          </w:p>
        </w:tc>
      </w:tr>
      <w:tr w:rsidR="0084011B" w:rsidRPr="00DF4417" w:rsidTr="00DF4417">
        <w:trPr>
          <w:trHeight w:val="1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:rsidR="0084011B" w:rsidRPr="00DF4417" w:rsidRDefault="0084011B" w:rsidP="0084011B">
            <w:pPr>
              <w:rPr>
                <w:sz w:val="32"/>
              </w:rPr>
            </w:pPr>
            <w:r w:rsidRPr="00DF4417">
              <w:rPr>
                <w:sz w:val="32"/>
              </w:rPr>
              <w:t>Act out a fable.</w:t>
            </w:r>
          </w:p>
        </w:tc>
        <w:tc>
          <w:tcPr>
            <w:tcW w:w="2122" w:type="dxa"/>
          </w:tcPr>
          <w:p w:rsidR="0084011B" w:rsidRPr="00DF4417" w:rsidRDefault="0084011B" w:rsidP="008401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</w:rPr>
            </w:pPr>
            <w:r w:rsidRPr="00DF4417">
              <w:rPr>
                <w:sz w:val="32"/>
              </w:rPr>
              <w:t>Make a Wanted poster for a witch.</w:t>
            </w:r>
          </w:p>
        </w:tc>
        <w:tc>
          <w:tcPr>
            <w:tcW w:w="2122" w:type="dxa"/>
          </w:tcPr>
          <w:p w:rsidR="0084011B" w:rsidRPr="00DF4417" w:rsidRDefault="0084011B" w:rsidP="008401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</w:rPr>
            </w:pPr>
            <w:r w:rsidRPr="00DF4417">
              <w:rPr>
                <w:sz w:val="32"/>
              </w:rPr>
              <w:t>List landmarks near your home.</w:t>
            </w:r>
          </w:p>
        </w:tc>
        <w:tc>
          <w:tcPr>
            <w:tcW w:w="2122" w:type="dxa"/>
          </w:tcPr>
          <w:p w:rsidR="0084011B" w:rsidRPr="00DF4417" w:rsidRDefault="0084011B" w:rsidP="008401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</w:rPr>
            </w:pPr>
            <w:r w:rsidRPr="00DF4417">
              <w:rPr>
                <w:sz w:val="32"/>
              </w:rPr>
              <w:t>Make a fossil imprint.</w:t>
            </w:r>
          </w:p>
        </w:tc>
        <w:tc>
          <w:tcPr>
            <w:tcW w:w="2122" w:type="dxa"/>
          </w:tcPr>
          <w:p w:rsidR="0084011B" w:rsidRPr="00DF4417" w:rsidRDefault="0084011B" w:rsidP="008401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</w:rPr>
            </w:pPr>
            <w:r w:rsidRPr="00DF4417">
              <w:rPr>
                <w:sz w:val="32"/>
              </w:rPr>
              <w:t>Rainbow write spellings.</w:t>
            </w:r>
          </w:p>
        </w:tc>
        <w:tc>
          <w:tcPr>
            <w:tcW w:w="2138" w:type="dxa"/>
          </w:tcPr>
          <w:p w:rsidR="0084011B" w:rsidRPr="00DF4417" w:rsidRDefault="0084011B" w:rsidP="008401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</w:rPr>
            </w:pPr>
            <w:r w:rsidRPr="00DF4417">
              <w:rPr>
                <w:sz w:val="32"/>
              </w:rPr>
              <w:t>Timed tables challenge (1 min).</w:t>
            </w:r>
          </w:p>
        </w:tc>
      </w:tr>
      <w:tr w:rsidR="0084011B" w:rsidRPr="00DF4417" w:rsidTr="00DF44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:rsidR="0084011B" w:rsidRPr="00DF4417" w:rsidRDefault="0084011B" w:rsidP="0084011B">
            <w:pPr>
              <w:rPr>
                <w:sz w:val="32"/>
              </w:rPr>
            </w:pPr>
            <w:r w:rsidRPr="00DF4417">
              <w:rPr>
                <w:sz w:val="32"/>
              </w:rPr>
              <w:t>Design a fable book cover.</w:t>
            </w:r>
          </w:p>
        </w:tc>
        <w:tc>
          <w:tcPr>
            <w:tcW w:w="2122" w:type="dxa"/>
          </w:tcPr>
          <w:p w:rsidR="0084011B" w:rsidRPr="00DF4417" w:rsidRDefault="0084011B" w:rsidP="008401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</w:rPr>
            </w:pPr>
            <w:r w:rsidRPr="00DF4417">
              <w:rPr>
                <w:sz w:val="32"/>
              </w:rPr>
              <w:t xml:space="preserve">Write </w:t>
            </w:r>
            <w:r w:rsidRPr="00DF4417">
              <w:rPr>
                <w:sz w:val="32"/>
              </w:rPr>
              <w:t xml:space="preserve">a guide to </w:t>
            </w:r>
            <w:proofErr w:type="gramStart"/>
            <w:r w:rsidRPr="00DF4417">
              <w:rPr>
                <w:sz w:val="32"/>
              </w:rPr>
              <w:t xml:space="preserve">spotting </w:t>
            </w:r>
            <w:r w:rsidRPr="00DF4417">
              <w:rPr>
                <w:sz w:val="32"/>
              </w:rPr>
              <w:t xml:space="preserve"> witches</w:t>
            </w:r>
            <w:proofErr w:type="gramEnd"/>
            <w:r w:rsidRPr="00DF4417">
              <w:rPr>
                <w:sz w:val="32"/>
              </w:rPr>
              <w:t>.</w:t>
            </w:r>
          </w:p>
        </w:tc>
        <w:tc>
          <w:tcPr>
            <w:tcW w:w="2122" w:type="dxa"/>
          </w:tcPr>
          <w:p w:rsidR="0084011B" w:rsidRPr="00DF4417" w:rsidRDefault="0084011B" w:rsidP="008401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</w:rPr>
            </w:pPr>
            <w:r w:rsidRPr="00DF4417">
              <w:rPr>
                <w:sz w:val="32"/>
              </w:rPr>
              <w:t>Explain why map symbols are useful.</w:t>
            </w:r>
          </w:p>
        </w:tc>
        <w:tc>
          <w:tcPr>
            <w:tcW w:w="2122" w:type="dxa"/>
          </w:tcPr>
          <w:p w:rsidR="0084011B" w:rsidRPr="00DF4417" w:rsidRDefault="0084011B" w:rsidP="008401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</w:rPr>
            </w:pPr>
            <w:r w:rsidRPr="00DF4417">
              <w:rPr>
                <w:sz w:val="32"/>
              </w:rPr>
              <w:t>Write 2 sentences about fossils.</w:t>
            </w:r>
          </w:p>
        </w:tc>
        <w:tc>
          <w:tcPr>
            <w:tcW w:w="2122" w:type="dxa"/>
          </w:tcPr>
          <w:p w:rsidR="0084011B" w:rsidRPr="00DF4417" w:rsidRDefault="0084011B" w:rsidP="008401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</w:rPr>
            </w:pPr>
            <w:r w:rsidRPr="00DF4417">
              <w:rPr>
                <w:sz w:val="32"/>
              </w:rPr>
              <w:t>Read and retell to an adult.</w:t>
            </w:r>
          </w:p>
        </w:tc>
        <w:tc>
          <w:tcPr>
            <w:tcW w:w="2138" w:type="dxa"/>
          </w:tcPr>
          <w:p w:rsidR="0084011B" w:rsidRPr="00DF4417" w:rsidRDefault="0084011B" w:rsidP="008401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</w:rPr>
            </w:pPr>
            <w:r w:rsidRPr="00DF4417">
              <w:rPr>
                <w:sz w:val="32"/>
              </w:rPr>
              <w:t>Spot tables in real life.</w:t>
            </w:r>
          </w:p>
        </w:tc>
      </w:tr>
    </w:tbl>
    <w:p w:rsidR="00000000" w:rsidRDefault="00D2582C">
      <w:bookmarkStart w:id="0" w:name="_GoBack"/>
      <w:bookmarkEnd w:id="0"/>
    </w:p>
    <w:sectPr w:rsidR="00000000" w:rsidSect="0084011B">
      <w:pgSz w:w="15840" w:h="12240" w:orient="landscape"/>
      <w:pgMar w:top="18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00000287" w:usb1="08070000" w:usb2="00000010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317E7"/>
    <w:rsid w:val="0084011B"/>
    <w:rsid w:val="00AA1D8D"/>
    <w:rsid w:val="00B47730"/>
    <w:rsid w:val="00CB0664"/>
    <w:rsid w:val="00DF441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08DD70F"/>
  <w14:defaultImageDpi w14:val="300"/>
  <w15:docId w15:val="{D6583CCE-9DB3-43C5-AED7-D8BC3539A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PlainTable1">
    <w:name w:val="Plain Table 1"/>
    <w:basedOn w:val="TableNormal"/>
    <w:uiPriority w:val="99"/>
    <w:rsid w:val="0084011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rmalWeb">
    <w:name w:val="Normal (Web)"/>
    <w:basedOn w:val="Normal"/>
    <w:uiPriority w:val="99"/>
    <w:semiHidden/>
    <w:unhideWhenUsed/>
    <w:rsid w:val="00DF44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430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3A1801A-72BE-4A0B-8E5C-486860626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998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Miss P Allen</cp:lastModifiedBy>
  <cp:revision>2</cp:revision>
  <cp:lastPrinted>2025-12-04T17:20:00Z</cp:lastPrinted>
  <dcterms:created xsi:type="dcterms:W3CDTF">2025-12-04T17:36:00Z</dcterms:created>
  <dcterms:modified xsi:type="dcterms:W3CDTF">2025-12-04T17:36:00Z</dcterms:modified>
  <cp:category/>
</cp:coreProperties>
</file>